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E2B72" w:rsidR="00EE2B72" w:rsidP="003E1C34" w:rsidRDefault="00EE2B72" w14:paraId="5B396C2E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Pr="00FF7721" w:rsidR="00A17CAD" w:rsidP="00FF7721" w:rsidRDefault="00D470FB" w14:paraId="6250CE55" w14:textId="3A10F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625BEA0A" w:rsidR="607593BE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Essentials </w:t>
      </w:r>
      <w:r w:rsidRPr="625BEA0A" w:rsidR="00D470FB">
        <w:rPr>
          <w:rFonts w:ascii="Times New Roman" w:hAnsi="Times New Roman" w:cs="Times New Roman"/>
          <w:b w:val="1"/>
          <w:bCs w:val="1"/>
          <w:sz w:val="28"/>
          <w:szCs w:val="28"/>
        </w:rPr>
        <w:t>Notification (Early Alert)</w:t>
      </w:r>
    </w:p>
    <w:p w:rsidR="00FF7721" w:rsidP="003E1C34" w:rsidRDefault="00FF7721" w14:paraId="49A5EAF0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51088E5C" w14:textId="65F666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Date: </w:t>
      </w:r>
    </w:p>
    <w:p w:rsidRPr="00EE2B72" w:rsidR="00A17CAD" w:rsidP="003E1C34" w:rsidRDefault="00D470FB" w14:paraId="504A4673" w14:textId="38C92D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Student Name:</w:t>
      </w:r>
    </w:p>
    <w:p w:rsidR="00A17CAD" w:rsidP="003E1C34" w:rsidRDefault="00D470FB" w14:paraId="4C7D7A40" w14:textId="18E55D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Student UW Email:</w:t>
      </w:r>
    </w:p>
    <w:p w:rsidRPr="00EE2B72" w:rsidR="00EE2B72" w:rsidP="003E1C34" w:rsidRDefault="00EE2B72" w14:paraId="7C6EA088" w14:textId="6B5A36CD">
      <w:pPr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00EE2B72">
        <w:rPr>
          <w:rFonts w:ascii="Times New Roman" w:hAnsi="Times New Roman" w:cs="Times New Roman"/>
          <w:sz w:val="24"/>
          <w:szCs w:val="24"/>
        </w:rPr>
        <w:t>Student Program:</w:t>
      </w:r>
    </w:p>
    <w:p w:rsidRPr="00EE2B72" w:rsidR="00A17CAD" w:rsidP="003E1C34" w:rsidRDefault="00D470FB" w14:paraId="7F0CD598" w14:textId="7F8B7B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>Quarter/Year:</w:t>
      </w:r>
    </w:p>
    <w:p w:rsidRPr="00EE2B72" w:rsidR="00A17CAD" w:rsidP="003E1C34" w:rsidRDefault="005D37A9" w14:paraId="2A6B1458" w14:textId="486A4AD1">
      <w:pPr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005D37A9">
        <w:rPr>
          <w:rFonts w:ascii="Times New Roman" w:hAnsi="Times New Roman" w:cs="Times New Roman"/>
          <w:sz w:val="24"/>
          <w:szCs w:val="24"/>
        </w:rPr>
        <w:t>Faculty/Instructor(s):</w:t>
      </w:r>
      <w:r w:rsidRPr="625BEA0A" w:rsidR="00D470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CAD" w:rsidP="003E1C34" w:rsidRDefault="00D470FB" w14:paraId="13AF0AD9" w14:textId="1B159EC8">
      <w:pPr>
        <w:pBdr>
          <w:bottom w:val="single" w:color="auto" w:sz="12" w:space="1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Vice Chair / Department Chair: </w:t>
      </w:r>
    </w:p>
    <w:p w:rsidR="003E1C34" w:rsidP="003E1C34" w:rsidRDefault="003E1C34" w14:paraId="1341C53A" w14:textId="77777777">
      <w:pPr>
        <w:pBdr>
          <w:bottom w:val="single" w:color="auto" w:sz="12" w:space="1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3E1C34" w:rsidP="003E1C34" w:rsidRDefault="003E1C34" w14:paraId="54B6DEF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3D3FD942" w14:textId="0B6250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br/>
      </w:r>
      <w:r w:rsidRPr="625BEA0A" w:rsidR="003E1C34">
        <w:rPr>
          <w:rFonts w:ascii="Times New Roman" w:hAnsi="Times New Roman" w:cs="Times New Roman"/>
          <w:sz w:val="24"/>
          <w:szCs w:val="24"/>
        </w:rPr>
        <w:t>SUMMARY</w:t>
      </w:r>
    </w:p>
    <w:p w:rsidRPr="00EE2B72" w:rsidR="00A17CAD" w:rsidP="003E1C34" w:rsidRDefault="00D470FB" w14:paraId="557E9C2E" w14:textId="0498D8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t xml:space="preserve">(Summarize the situation, background, and </w:t>
      </w:r>
      <w:r w:rsidRPr="003E1C34" w:rsidR="003E1C34">
        <w:rPr>
          <w:rFonts w:ascii="Times New Roman" w:hAnsi="Times New Roman" w:cs="Times New Roman"/>
          <w:sz w:val="24"/>
          <w:szCs w:val="24"/>
        </w:rPr>
        <w:t>concerns related to the student’s academic progress and/or professional development.</w:t>
      </w:r>
      <w:r w:rsidRPr="00EE2B72">
        <w:rPr>
          <w:rFonts w:ascii="Times New Roman" w:hAnsi="Times New Roman" w:cs="Times New Roman"/>
          <w:sz w:val="24"/>
          <w:szCs w:val="24"/>
        </w:rPr>
        <w:t>)</w:t>
      </w:r>
    </w:p>
    <w:p w:rsidR="005D37A9" w:rsidP="003E1C34" w:rsidRDefault="005D37A9" w14:paraId="48374A91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5D37A9" w:rsidP="003E1C34" w:rsidRDefault="005D37A9" w14:paraId="0791C670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5D37A9" w:rsidP="003E1C34" w:rsidRDefault="005D37A9" w14:paraId="52846665" w14:textId="7777777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Pr="00EE2B72" w:rsidR="00A17CAD" w:rsidP="003E1C34" w:rsidRDefault="00D470FB" w14:paraId="4EDF8B2D" w14:textId="38552F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br/>
      </w:r>
      <w:r w:rsidRPr="625BEA0A" w:rsidR="40ECA66B">
        <w:rPr>
          <w:rFonts w:ascii="Times New Roman" w:hAnsi="Times New Roman" w:cs="Times New Roman"/>
          <w:sz w:val="24"/>
          <w:szCs w:val="24"/>
        </w:rPr>
        <w:t xml:space="preserve">ESSENTIALS </w:t>
      </w:r>
      <w:r w:rsidRPr="625BEA0A" w:rsidR="00EE2B72">
        <w:rPr>
          <w:rFonts w:ascii="Times New Roman" w:hAnsi="Times New Roman" w:cs="Times New Roman"/>
          <w:sz w:val="24"/>
          <w:szCs w:val="24"/>
        </w:rPr>
        <w:t>EXPECTATIONS NEEDING ATTENTION</w:t>
      </w:r>
    </w:p>
    <w:p w:rsidRPr="00EE2B72" w:rsidR="00A17CAD" w:rsidP="003E1C34" w:rsidRDefault="00D470FB" w14:paraId="70EB2B31" w14:textId="70895146">
      <w:pPr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00D470FB">
        <w:rPr>
          <w:rFonts w:ascii="Times New Roman" w:hAnsi="Times New Roman" w:cs="Times New Roman"/>
          <w:sz w:val="24"/>
          <w:szCs w:val="24"/>
        </w:rPr>
        <w:t xml:space="preserve">(Identify specific unmet expectations, competencies, or </w:t>
      </w:r>
      <w:r w:rsidRPr="625BEA0A" w:rsidR="3A3C4557">
        <w:rPr>
          <w:rFonts w:ascii="Times New Roman" w:hAnsi="Times New Roman" w:cs="Times New Roman"/>
          <w:sz w:val="24"/>
          <w:szCs w:val="24"/>
        </w:rPr>
        <w:t>behavior</w:t>
      </w:r>
      <w:r w:rsidRPr="625BEA0A" w:rsidR="00D470FB">
        <w:rPr>
          <w:rFonts w:ascii="Times New Roman" w:hAnsi="Times New Roman" w:cs="Times New Roman"/>
          <w:sz w:val="24"/>
          <w:szCs w:val="24"/>
        </w:rPr>
        <w:t>s</w:t>
      </w:r>
      <w:r w:rsidRPr="625BEA0A" w:rsidR="00D470FB">
        <w:rPr>
          <w:rFonts w:ascii="Times New Roman" w:hAnsi="Times New Roman" w:cs="Times New Roman"/>
          <w:sz w:val="24"/>
          <w:szCs w:val="24"/>
        </w:rPr>
        <w:t>, with examples where possible.)</w:t>
      </w:r>
    </w:p>
    <w:p w:rsidR="005D37A9" w:rsidP="003E1C34" w:rsidRDefault="005D37A9" w14:paraId="4EEF81DD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192262AE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3ADAF0A1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354712A5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020CB58D" w14:textId="35CDDA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="003E1C34">
        <w:rPr>
          <w:rFonts w:ascii="Times New Roman" w:hAnsi="Times New Roman" w:cs="Times New Roman"/>
          <w:sz w:val="24"/>
          <w:szCs w:val="24"/>
        </w:rPr>
        <w:t>EXPECTATIONS AND ACTION PLAN</w:t>
      </w:r>
    </w:p>
    <w:p w:rsidRPr="00EE2B72" w:rsidR="00A17CAD" w:rsidP="003E1C34" w:rsidRDefault="00D470FB" w14:paraId="3C9D964C" w14:textId="5896C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00D470FB">
        <w:rPr>
          <w:rFonts w:ascii="Times New Roman" w:hAnsi="Times New Roman" w:cs="Times New Roman"/>
          <w:sz w:val="24"/>
          <w:szCs w:val="24"/>
        </w:rPr>
        <w:t>(Outline what the student must do to be successful in t</w:t>
      </w:r>
      <w:r w:rsidRPr="625BEA0A" w:rsidR="2311A6F0">
        <w:rPr>
          <w:rFonts w:ascii="Times New Roman" w:hAnsi="Times New Roman" w:cs="Times New Roman"/>
          <w:sz w:val="24"/>
          <w:szCs w:val="24"/>
        </w:rPr>
        <w:t>he program</w:t>
      </w:r>
      <w:r w:rsidRPr="625BEA0A" w:rsidR="00D470FB">
        <w:rPr>
          <w:rFonts w:ascii="Times New Roman" w:hAnsi="Times New Roman" w:cs="Times New Roman"/>
          <w:sz w:val="24"/>
          <w:szCs w:val="24"/>
        </w:rPr>
        <w:t>, including deadlines or checkpoints.)</w:t>
      </w:r>
    </w:p>
    <w:p w:rsidR="005D37A9" w:rsidP="003E1C34" w:rsidRDefault="005D37A9" w14:paraId="1F581C2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43E726DB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264066B3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50524D8C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7A9" w:rsidP="003E1C34" w:rsidRDefault="005D37A9" w14:paraId="0B31DE98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Pr="00EE2B72" w:rsidR="00A17CAD" w:rsidP="003E1C34" w:rsidRDefault="00D470FB" w14:paraId="40E68C44" w14:textId="5AF885CD">
      <w:pPr>
        <w:spacing w:after="0"/>
      </w:pPr>
      <w:r>
        <w:br/>
      </w:r>
    </w:p>
    <w:p w:rsidRPr="00EE2B72" w:rsidR="00A17CAD" w:rsidP="003E1C34" w:rsidRDefault="00D470FB" w14:paraId="20683321" w14:textId="34934347">
      <w:pPr>
        <w:spacing w:after="0"/>
      </w:pPr>
      <w:r>
        <w:br w:type="page"/>
      </w:r>
    </w:p>
    <w:p w:rsidRPr="00EE2B72" w:rsidR="00A17CAD" w:rsidP="003E1C34" w:rsidRDefault="00D470FB" w14:paraId="23AF55C1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ACKNOWLEDGMENT</w:t>
      </w:r>
    </w:p>
    <w:p w:rsidRPr="00EE2B72" w:rsidR="00A17CAD" w:rsidP="003E1C34" w:rsidRDefault="00D470FB" w14:paraId="18798FCD" w14:textId="4BBB4DE8">
      <w:pPr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00D470FB">
        <w:rPr>
          <w:rFonts w:ascii="Times New Roman" w:hAnsi="Times New Roman" w:cs="Times New Roman"/>
          <w:sz w:val="24"/>
          <w:szCs w:val="24"/>
        </w:rPr>
        <w:t xml:space="preserve">The student’s signature documents that the student has had a chance to read and review the information. The signature </w:t>
      </w:r>
      <w:r w:rsidRPr="625BEA0A" w:rsidR="00D470FB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does NOT </w:t>
      </w:r>
      <w:r w:rsidRPr="625BEA0A" w:rsidR="00D470FB">
        <w:rPr>
          <w:rFonts w:ascii="Times New Roman" w:hAnsi="Times New Roman" w:cs="Times New Roman"/>
          <w:b w:val="1"/>
          <w:bCs w:val="1"/>
          <w:sz w:val="24"/>
          <w:szCs w:val="24"/>
        </w:rPr>
        <w:t>indicate</w:t>
      </w:r>
      <w:r w:rsidRPr="625BEA0A" w:rsidR="00D470FB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agreement</w:t>
      </w:r>
      <w:r w:rsidRPr="625BEA0A" w:rsidR="00D470FB">
        <w:rPr>
          <w:rFonts w:ascii="Times New Roman" w:hAnsi="Times New Roman" w:cs="Times New Roman"/>
          <w:sz w:val="24"/>
          <w:szCs w:val="24"/>
        </w:rPr>
        <w:t xml:space="preserve"> with the substance of the </w:t>
      </w:r>
      <w:r w:rsidRPr="625BEA0A" w:rsidR="70A4E7B2">
        <w:rPr>
          <w:rFonts w:ascii="Times New Roman" w:hAnsi="Times New Roman" w:cs="Times New Roman"/>
          <w:sz w:val="24"/>
          <w:szCs w:val="24"/>
        </w:rPr>
        <w:t>Essentials</w:t>
      </w:r>
      <w:r w:rsidRPr="625BEA0A" w:rsidR="00D470FB">
        <w:rPr>
          <w:rFonts w:ascii="Times New Roman" w:hAnsi="Times New Roman" w:cs="Times New Roman"/>
          <w:sz w:val="24"/>
          <w:szCs w:val="24"/>
        </w:rPr>
        <w:t xml:space="preserve"> Notification or Development Plan.</w:t>
      </w:r>
    </w:p>
    <w:p w:rsidRPr="00EE2B72" w:rsidR="00A17CAD" w:rsidP="003E1C34" w:rsidRDefault="00D470FB" w14:paraId="0A8E7847" w14:textId="6B7650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SIGNATURES</w:t>
      </w:r>
    </w:p>
    <w:p w:rsidRPr="00EE2B72" w:rsidR="00A17CAD" w:rsidP="003E1C34" w:rsidRDefault="00D470FB" w14:paraId="16A8F63D" w14:textId="271F7C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 xml:space="preserve">_____________________________________  </w:t>
      </w:r>
      <w:r w:rsidR="00B01394">
        <w:rPr>
          <w:rFonts w:ascii="Times New Roman" w:hAnsi="Times New Roman" w:cs="Times New Roman"/>
          <w:sz w:val="24"/>
          <w:szCs w:val="24"/>
        </w:rPr>
        <w:tab/>
      </w:r>
      <w:r w:rsidRPr="00EE2B72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Pr="00EE2B72">
        <w:rPr>
          <w:rFonts w:ascii="Times New Roman" w:hAnsi="Times New Roman" w:cs="Times New Roman"/>
          <w:sz w:val="24"/>
          <w:szCs w:val="24"/>
        </w:rPr>
        <w:br/>
      </w:r>
      <w:r w:rsidRPr="00EE2B72">
        <w:rPr>
          <w:rFonts w:ascii="Times New Roman" w:hAnsi="Times New Roman" w:cs="Times New Roman"/>
          <w:sz w:val="24"/>
          <w:szCs w:val="24"/>
        </w:rPr>
        <w:t>Student Signature &amp; Date</w:t>
      </w:r>
    </w:p>
    <w:p w:rsidR="00A17CAD" w:rsidP="003E1C34" w:rsidRDefault="00D470FB" w14:paraId="6AFB4FB5" w14:textId="620DA7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br/>
      </w:r>
      <w:r w:rsidRPr="625BEA0A" w:rsidR="00D470FB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625BEA0A" w:rsidR="00D470FB">
        <w:rPr>
          <w:rFonts w:ascii="Times New Roman" w:hAnsi="Times New Roman" w:cs="Times New Roman"/>
          <w:sz w:val="24"/>
          <w:szCs w:val="24"/>
        </w:rPr>
        <w:t xml:space="preserve">_  </w:t>
      </w:r>
      <w:r>
        <w:tab/>
      </w:r>
      <w:r w:rsidRPr="625BEA0A" w:rsidR="00D470FB">
        <w:rPr>
          <w:rFonts w:ascii="Times New Roman" w:hAnsi="Times New Roman" w:cs="Times New Roman"/>
          <w:sz w:val="24"/>
          <w:szCs w:val="24"/>
        </w:rPr>
        <w:t xml:space="preserve"> ___________________</w:t>
      </w:r>
      <w:r>
        <w:br/>
      </w:r>
      <w:r w:rsidRPr="625BEA0A" w:rsidR="00D470FB">
        <w:rPr>
          <w:rFonts w:ascii="Times New Roman" w:hAnsi="Times New Roman" w:cs="Times New Roman"/>
          <w:sz w:val="24"/>
          <w:szCs w:val="24"/>
        </w:rPr>
        <w:t>Co</w:t>
      </w:r>
      <w:r w:rsidRPr="625BEA0A" w:rsidR="6142C0A2">
        <w:rPr>
          <w:rFonts w:ascii="Times New Roman" w:hAnsi="Times New Roman" w:cs="Times New Roman"/>
          <w:sz w:val="24"/>
          <w:szCs w:val="24"/>
        </w:rPr>
        <w:t>ordinating Committee Chai</w:t>
      </w:r>
      <w:r w:rsidRPr="625BEA0A" w:rsidR="00D470FB">
        <w:rPr>
          <w:rFonts w:ascii="Times New Roman" w:hAnsi="Times New Roman" w:cs="Times New Roman"/>
          <w:sz w:val="24"/>
          <w:szCs w:val="24"/>
        </w:rPr>
        <w:t>r Signature &amp; Date</w:t>
      </w:r>
    </w:p>
    <w:p w:rsidR="625BEA0A" w:rsidP="625BEA0A" w:rsidRDefault="625BEA0A" w14:paraId="0F20E56F" w14:textId="7ACDDC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5C5DB0F8" w:rsidP="625BEA0A" w:rsidRDefault="5C5DB0F8" w14:paraId="7B15B110" w14:textId="3227D83D">
      <w:pPr>
        <w:pStyle w:val="Normal"/>
        <w:spacing w:after="0"/>
        <w:rPr>
          <w:rFonts w:ascii="Times New Roman" w:hAnsi="Times New Roman" w:cs="Times New Roman"/>
          <w:sz w:val="24"/>
          <w:szCs w:val="24"/>
        </w:rPr>
      </w:pPr>
      <w:r w:rsidRPr="625BEA0A" w:rsidR="5C5DB0F8">
        <w:rPr>
          <w:rFonts w:ascii="Times New Roman" w:hAnsi="Times New Roman" w:cs="Times New Roman"/>
          <w:sz w:val="24"/>
          <w:szCs w:val="24"/>
        </w:rPr>
        <w:t xml:space="preserve">_____________________________________  </w:t>
      </w:r>
      <w:r>
        <w:tab/>
      </w:r>
      <w:r w:rsidRPr="625BEA0A" w:rsidR="5C5DB0F8">
        <w:rPr>
          <w:rFonts w:ascii="Times New Roman" w:hAnsi="Times New Roman" w:cs="Times New Roman"/>
          <w:sz w:val="24"/>
          <w:szCs w:val="24"/>
        </w:rPr>
        <w:t xml:space="preserve"> ___________________</w:t>
      </w:r>
      <w:r>
        <w:br/>
      </w:r>
      <w:r w:rsidRPr="625BEA0A" w:rsidR="5C5DB0F8">
        <w:rPr>
          <w:rFonts w:ascii="Times New Roman" w:hAnsi="Times New Roman" w:cs="Times New Roman"/>
          <w:sz w:val="24"/>
          <w:szCs w:val="24"/>
        </w:rPr>
        <w:t>OSAA Program Official Signature &amp; Date</w:t>
      </w:r>
    </w:p>
    <w:p w:rsidR="00EE2B72" w:rsidP="003E1C34" w:rsidRDefault="00EE2B72" w14:paraId="5D9AD22B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B72" w:rsidP="003E1C34" w:rsidRDefault="00EE2B72" w14:paraId="495150BA" w14:textId="50C6BD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Copies to: </w:t>
      </w:r>
    </w:p>
    <w:p w:rsidR="00EE2B72" w:rsidP="003E1C34" w:rsidRDefault="00EE2B72" w14:paraId="0D770E91" w14:textId="358DEB7C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Chair/Vice Chair</w:t>
      </w:r>
    </w:p>
    <w:p w:rsidR="003E1C34" w:rsidP="003E1C34" w:rsidRDefault="00E44AD1" w14:paraId="2515D8D4" w14:textId="49AFF19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OSAA </w:t>
      </w:r>
      <w:r w:rsidRPr="003E1C34" w:rsidR="003E1C34">
        <w:rPr>
          <w:rFonts w:ascii="Times New Roman" w:hAnsi="Times New Roman" w:cs="Times New Roman"/>
          <w:sz w:val="24"/>
          <w:szCs w:val="24"/>
        </w:rPr>
        <w:t xml:space="preserve">Program </w:t>
      </w:r>
      <w:r w:rsidRPr="003E1C34" w:rsidR="00EE2B72">
        <w:rPr>
          <w:rFonts w:ascii="Times New Roman" w:hAnsi="Times New Roman" w:cs="Times New Roman"/>
          <w:sz w:val="24"/>
          <w:szCs w:val="24"/>
        </w:rPr>
        <w:t>Advisor</w:t>
      </w:r>
    </w:p>
    <w:p w:rsidR="003E1C34" w:rsidP="003E1C34" w:rsidRDefault="003E1C34" w14:paraId="7C1A5368" w14:textId="4058C4A0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File</w:t>
      </w:r>
    </w:p>
    <w:p w:rsidR="00FF7721" w:rsidP="003E1C34" w:rsidRDefault="00FF7721" w14:paraId="39058039" w14:textId="4933615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Specific</w:t>
      </w:r>
      <w:r w:rsidR="00B01394">
        <w:rPr>
          <w:rFonts w:ascii="Times New Roman" w:hAnsi="Times New Roman" w:cs="Times New Roman"/>
          <w:sz w:val="24"/>
          <w:szCs w:val="24"/>
        </w:rPr>
        <w:t xml:space="preserve"> (as indicated)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F7721" w:rsidP="00FF7721" w:rsidRDefault="00FF7721" w14:paraId="7A9408FC" w14:textId="5E630A36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A/BSN Clinical Course</w:t>
      </w:r>
      <w:r w:rsidR="00B0139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1C34" w:rsidR="00EE2B72">
        <w:rPr>
          <w:rFonts w:ascii="Times New Roman" w:hAnsi="Times New Roman" w:cs="Times New Roman"/>
          <w:sz w:val="24"/>
          <w:szCs w:val="24"/>
        </w:rPr>
        <w:t xml:space="preserve">Course Coordinator </w:t>
      </w:r>
    </w:p>
    <w:p w:rsidR="00EE2B72" w:rsidP="27FD8EC3" w:rsidRDefault="1DA36568" w14:paraId="44F2F80E" w14:textId="2792AB4C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</w:rPr>
      </w:pPr>
      <w:r w:rsidRPr="27FD8EC3">
        <w:rPr>
          <w:rFonts w:ascii="Times New Roman" w:hAnsi="Times New Roman" w:cs="Times New Roman"/>
          <w:sz w:val="24"/>
          <w:szCs w:val="24"/>
        </w:rPr>
        <w:t>CIPCT Course: CIPCT Program Directors</w:t>
      </w:r>
    </w:p>
    <w:p w:rsidR="00EE2B72" w:rsidP="00FF7721" w:rsidRDefault="00FF7721" w14:paraId="16181EB2" w14:textId="2D98CB2E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27FD8EC3">
        <w:rPr>
          <w:rFonts w:ascii="Times New Roman" w:hAnsi="Times New Roman" w:cs="Times New Roman"/>
          <w:sz w:val="24"/>
          <w:szCs w:val="24"/>
        </w:rPr>
        <w:t>DNP Course</w:t>
      </w:r>
      <w:r w:rsidRPr="27FD8EC3" w:rsidR="00B01394">
        <w:rPr>
          <w:rFonts w:ascii="Times New Roman" w:hAnsi="Times New Roman" w:cs="Times New Roman"/>
          <w:sz w:val="24"/>
          <w:szCs w:val="24"/>
        </w:rPr>
        <w:t>:</w:t>
      </w:r>
      <w:r w:rsidRPr="27FD8EC3">
        <w:rPr>
          <w:rFonts w:ascii="Times New Roman" w:hAnsi="Times New Roman" w:cs="Times New Roman"/>
          <w:sz w:val="24"/>
          <w:szCs w:val="24"/>
        </w:rPr>
        <w:t xml:space="preserve"> </w:t>
      </w:r>
      <w:r w:rsidRPr="27FD8EC3" w:rsidR="00EE2B72">
        <w:rPr>
          <w:rFonts w:ascii="Times New Roman" w:hAnsi="Times New Roman" w:cs="Times New Roman"/>
          <w:sz w:val="24"/>
          <w:szCs w:val="24"/>
        </w:rPr>
        <w:t xml:space="preserve">Specialty Director </w:t>
      </w:r>
    </w:p>
    <w:p w:rsidRPr="00FF7721" w:rsidR="00FF7721" w:rsidP="00FF7721" w:rsidRDefault="00FF7721" w14:paraId="63644B3D" w14:textId="4C25841E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PhD Course</w:t>
      </w:r>
      <w:r w:rsidR="00B0139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PhD Coordinating Committee Chair and Faculty Advisor</w:t>
      </w:r>
    </w:p>
    <w:sectPr w:rsidRPr="00FF7721" w:rsidR="00FF7721" w:rsidSect="00034616">
      <w:headerReference w:type="default" r:id="rId11"/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A361E" w:rsidP="00EE2B72" w:rsidRDefault="003A361E" w14:paraId="4B206884" w14:textId="77777777">
      <w:pPr>
        <w:spacing w:after="0" w:line="240" w:lineRule="auto"/>
      </w:pPr>
      <w:r>
        <w:separator/>
      </w:r>
    </w:p>
  </w:endnote>
  <w:endnote w:type="continuationSeparator" w:id="0">
    <w:p w:rsidR="003A361E" w:rsidP="00EE2B72" w:rsidRDefault="003A361E" w14:paraId="520261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A361E" w:rsidP="00EE2B72" w:rsidRDefault="003A361E" w14:paraId="608DEBC6" w14:textId="77777777">
      <w:pPr>
        <w:spacing w:after="0" w:line="240" w:lineRule="auto"/>
      </w:pPr>
      <w:r>
        <w:separator/>
      </w:r>
    </w:p>
  </w:footnote>
  <w:footnote w:type="continuationSeparator" w:id="0">
    <w:p w:rsidR="003A361E" w:rsidP="00EE2B72" w:rsidRDefault="003A361E" w14:paraId="396E8FE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E2B72" w:rsidRDefault="00EE2B72" w14:paraId="7DD152EF" w14:textId="06F972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BAD786" wp14:editId="289F7CC3">
          <wp:simplePos x="0" y="0"/>
          <wp:positionH relativeFrom="column">
            <wp:posOffset>-469900</wp:posOffset>
          </wp:positionH>
          <wp:positionV relativeFrom="paragraph">
            <wp:posOffset>31750</wp:posOffset>
          </wp:positionV>
          <wp:extent cx="5486400" cy="279757"/>
          <wp:effectExtent l="0" t="0" r="0" b="6350"/>
          <wp:wrapTight wrapText="bothSides">
            <wp:wrapPolygon edited="0">
              <wp:start x="0" y="0"/>
              <wp:lineTo x="0" y="20618"/>
              <wp:lineTo x="21525" y="20618"/>
              <wp:lineTo x="21525" y="0"/>
              <wp:lineTo x="0" y="0"/>
            </wp:wrapPolygon>
          </wp:wrapTight>
          <wp:docPr id="2" name="Picture 2" descr="SON_UW_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ON_UW_Le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279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7A7D6F11"/>
    <w:multiLevelType w:val="hybridMultilevel"/>
    <w:tmpl w:val="56A08FF4"/>
    <w:lvl w:ilvl="0" w:tplc="4C4EBC0A">
      <w:start w:val="206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1601421">
    <w:abstractNumId w:val="8"/>
  </w:num>
  <w:num w:numId="2" w16cid:durableId="1018430432">
    <w:abstractNumId w:val="6"/>
  </w:num>
  <w:num w:numId="3" w16cid:durableId="1875386981">
    <w:abstractNumId w:val="5"/>
  </w:num>
  <w:num w:numId="4" w16cid:durableId="1266693459">
    <w:abstractNumId w:val="4"/>
  </w:num>
  <w:num w:numId="5" w16cid:durableId="2083596336">
    <w:abstractNumId w:val="7"/>
  </w:num>
  <w:num w:numId="6" w16cid:durableId="1992250896">
    <w:abstractNumId w:val="3"/>
  </w:num>
  <w:num w:numId="7" w16cid:durableId="1063600306">
    <w:abstractNumId w:val="2"/>
  </w:num>
  <w:num w:numId="8" w16cid:durableId="1929190147">
    <w:abstractNumId w:val="1"/>
  </w:num>
  <w:num w:numId="9" w16cid:durableId="691876836">
    <w:abstractNumId w:val="0"/>
  </w:num>
  <w:num w:numId="10" w16cid:durableId="7976046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67BD"/>
    <w:rsid w:val="0029639D"/>
    <w:rsid w:val="00326F90"/>
    <w:rsid w:val="003A361E"/>
    <w:rsid w:val="003E1C34"/>
    <w:rsid w:val="00424725"/>
    <w:rsid w:val="005D37A9"/>
    <w:rsid w:val="00A17CAD"/>
    <w:rsid w:val="00AA1D8D"/>
    <w:rsid w:val="00B01394"/>
    <w:rsid w:val="00B47730"/>
    <w:rsid w:val="00C7124E"/>
    <w:rsid w:val="00CB0664"/>
    <w:rsid w:val="00D2738A"/>
    <w:rsid w:val="00D470FB"/>
    <w:rsid w:val="00E44AD1"/>
    <w:rsid w:val="00EE2B72"/>
    <w:rsid w:val="00FC693F"/>
    <w:rsid w:val="00FF7721"/>
    <w:rsid w:val="03A3B2EA"/>
    <w:rsid w:val="0DCA10EE"/>
    <w:rsid w:val="168707E0"/>
    <w:rsid w:val="17598A78"/>
    <w:rsid w:val="1DA36568"/>
    <w:rsid w:val="2311A6F0"/>
    <w:rsid w:val="27FD8EC3"/>
    <w:rsid w:val="3A3C4557"/>
    <w:rsid w:val="40ECA66B"/>
    <w:rsid w:val="475B08C4"/>
    <w:rsid w:val="4BE227AF"/>
    <w:rsid w:val="500916B0"/>
    <w:rsid w:val="5C5DB0F8"/>
    <w:rsid w:val="5FF56AA2"/>
    <w:rsid w:val="607593BE"/>
    <w:rsid w:val="6142C0A2"/>
    <w:rsid w:val="625BEA0A"/>
    <w:rsid w:val="6D2F79F7"/>
    <w:rsid w:val="70A4E7B2"/>
    <w:rsid w:val="75689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1145F7"/>
  <w14:defaultImageDpi w14:val="300"/>
  <w15:docId w15:val="{9144F167-3426-496F-B88A-FD94737E39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D37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434b77-f4eb-4e93-bceb-a49b6589ac49" xsi:nil="true"/>
    <lcf76f155ced4ddcb4097134ff3c332f xmlns="d4f0b917-c3f2-484d-be6e-f82150a082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CE448AB050C47AE55F7D2E1974364" ma:contentTypeVersion="14" ma:contentTypeDescription="Create a new document." ma:contentTypeScope="" ma:versionID="d77deee56e32afbebef3c16c3eded424">
  <xsd:schema xmlns:xsd="http://www.w3.org/2001/XMLSchema" xmlns:xs="http://www.w3.org/2001/XMLSchema" xmlns:p="http://schemas.microsoft.com/office/2006/metadata/properties" xmlns:ns2="d4f0b917-c3f2-484d-be6e-f82150a08229" xmlns:ns3="da434b77-f4eb-4e93-bceb-a49b6589ac49" targetNamespace="http://schemas.microsoft.com/office/2006/metadata/properties" ma:root="true" ma:fieldsID="93281d37908d32af99ed86a341e74654" ns2:_="" ns3:_="">
    <xsd:import namespace="d4f0b917-c3f2-484d-be6e-f82150a08229"/>
    <xsd:import namespace="da434b77-f4eb-4e93-bceb-a49b6589a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0b917-c3f2-484d-be6e-f82150a08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34b77-f4eb-4e93-bceb-a49b6589ac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98005d1-420e-4331-bff1-3f1451c88fa0}" ma:internalName="TaxCatchAll" ma:showField="CatchAllData" ma:web="da434b77-f4eb-4e93-bceb-a49b6589a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A181E3-C810-4A66-B0DF-E39E19EFE814}">
  <ds:schemaRefs>
    <ds:schemaRef ds:uri="http://schemas.microsoft.com/office/2006/metadata/properties"/>
    <ds:schemaRef ds:uri="http://schemas.microsoft.com/office/infopath/2007/PartnerControls"/>
    <ds:schemaRef ds:uri="da434b77-f4eb-4e93-bceb-a49b6589ac49"/>
    <ds:schemaRef ds:uri="d4f0b917-c3f2-484d-be6e-f82150a08229"/>
  </ds:schemaRefs>
</ds:datastoreItem>
</file>

<file path=customXml/itemProps2.xml><?xml version="1.0" encoding="utf-8"?>
<ds:datastoreItem xmlns:ds="http://schemas.openxmlformats.org/officeDocument/2006/customXml" ds:itemID="{ECC51529-4616-46C3-B866-670E9599B47E}"/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9158E7-F48C-4EAD-AFA2-5CC1AA2825F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Jennifer Sonney</lastModifiedBy>
  <revision>9</revision>
  <dcterms:created xsi:type="dcterms:W3CDTF">2025-09-20T00:37:00.0000000Z</dcterms:created>
  <dcterms:modified xsi:type="dcterms:W3CDTF">2025-09-29T22:15:27.9845829Z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0x010100376CE448AB050C47AE55F7D2E1974364</vt:lpwstr>
  </property>
  <property fmtid="{D5CDD505-2E9C-101B-9397-08002B2CF9AE}" pid="3" name="MediaServiceImageTags">
    <vt:lpwstr/>
  </property>
</Properties>
</file>